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sz w:val="38"/>
        </w:rPr>
        <w:t>ABA Online Course CPD Accreditation Checklist</w:t>
      </w:r>
    </w:p>
    <w:p>
      <w:pPr>
        <w:spacing w:after="140"/>
        <w:jc w:val="center"/>
      </w:pPr>
      <w:r>
        <w:rPr>
          <w:i/>
          <w:sz w:val="19"/>
        </w:rPr>
        <w:t>Preparation checklist for online beauty and wellness courses</w:t>
      </w:r>
    </w:p>
    <w:p>
      <w:pPr>
        <w:spacing w:after="120"/>
      </w:pPr>
      <w:r>
        <w:rPr>
          <w:sz w:val="18"/>
        </w:rPr>
        <w:t>Use this checklist before submitting your material to the Australian Beauty Association (ABA). Tick each item that is complete and relevant to your course or manual.</w:t>
      </w:r>
    </w:p>
    <w:p>
      <w:pPr>
        <w:keepNext/>
        <w:spacing w:before="100" w:after="40"/>
      </w:pPr>
      <w:r>
        <w:rPr>
          <w:b/>
          <w:sz w:val="23"/>
        </w:rPr>
        <w:t>Course Overview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name and clear course description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Intended audience identified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Entry requirements or prerequisites stated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Clear and realistic learning outcomes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Delivery method explained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Estimated study duration reasonably reflects compulsory learning and assessment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completion requirements are clearly stated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Course Structure &amp; Learning Materials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follows a logical learning sequence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All compulsory modules or lessons are substantially complete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Student manual, written lessons, videos and supporting resources are included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theory has been checked by the provider against appropriate sources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Images, diagrams and other third-party materials have appropriate permissions or licences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Links, videos, downloads and online course navigation have been tested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Treatment &amp; Safety Content - Where Applicable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anatomy and physiology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Client consultation and treatment-suitability considerations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Contraindications and precautions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Hygiene and infection-control education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Products and equipment information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Manufacturer instructions considered for equipment-specific education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Treatment preparation and step-by-step procedure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Potential risks, adverse reactions and reasons to stop treatment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Troubleshooting and appropriate aftercare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Assessment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Formal assessment is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Assessment relates directly to the stated learning outcomes and course content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Correct answers or marking guide are provided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Pass requirement is stated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Reassessment process is explained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Case-study or other evidence requirements are explained where applicable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Student Documentation &amp; Certification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consultation, consent, treatment or aftercare forms are supplied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Proposed student certificate wording is supplied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Certificate accurately describes the course completed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Certificate does not imply a nationally recognised VET qualification, licence or registration where these do not apply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Supporting Information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references or supporting sources are supplied where appropriate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Manufacturer documentation is supplied for equipment-specific education where relevant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provider details are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Any additional information needed to understand the course has been supplied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Final Submission Check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is substantially complete and ready for review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All compulsory educational material is accessible to ABA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 duration has not been artificially increased for CPD allocation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Important technical and safety information has been independently checked by the provider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 understand that purchasing accreditation does not guarantee approval or a predetermined CPD allocation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Australian Beauty Association | Preparation checklist only - accreditation is subject to ABA review and approval.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